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717B" w14:textId="77777777" w:rsidR="00DD7B28" w:rsidRDefault="00DD7B28" w:rsidP="00A23600">
      <w:pPr>
        <w:pStyle w:val="Heading1"/>
        <w:spacing w:line="240" w:lineRule="auto"/>
        <w:jc w:val="center"/>
      </w:pPr>
      <w:r w:rsidRPr="00CA5660">
        <w:rPr>
          <w:noProof/>
        </w:rPr>
        <w:drawing>
          <wp:anchor distT="0" distB="0" distL="114300" distR="114300" simplePos="0" relativeHeight="251659264" behindDoc="0" locked="0" layoutInCell="1" allowOverlap="1" wp14:anchorId="3607715C" wp14:editId="5694ABFD">
            <wp:simplePos x="0" y="0"/>
            <wp:positionH relativeFrom="column">
              <wp:posOffset>2333625</wp:posOffset>
            </wp:positionH>
            <wp:positionV relativeFrom="paragraph">
              <wp:posOffset>-38100</wp:posOffset>
            </wp:positionV>
            <wp:extent cx="762000" cy="815975"/>
            <wp:effectExtent l="0" t="0" r="0" b="3175"/>
            <wp:wrapThrough wrapText="bothSides">
              <wp:wrapPolygon edited="0">
                <wp:start x="0" y="0"/>
                <wp:lineTo x="0" y="21180"/>
                <wp:lineTo x="21060" y="21180"/>
                <wp:lineTo x="21060" y="0"/>
                <wp:lineTo x="0" y="0"/>
              </wp:wrapPolygon>
            </wp:wrapThrough>
            <wp:docPr id="1918709177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09177" name="Picture 1" descr="A blue and white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1E2BA3" w14:textId="77777777" w:rsidR="00DD7B28" w:rsidRDefault="00DD7B28" w:rsidP="00A23600">
      <w:pPr>
        <w:spacing w:line="240" w:lineRule="auto"/>
        <w:rPr>
          <w:rFonts w:ascii="Times New Roman" w:hAnsi="Times New Roman" w:cs="Times New Roman"/>
        </w:rPr>
      </w:pPr>
    </w:p>
    <w:p w14:paraId="267CEFA6" w14:textId="77777777" w:rsidR="00DD7B28" w:rsidRPr="00137336" w:rsidRDefault="00DD7B28" w:rsidP="00A23600">
      <w:pPr>
        <w:spacing w:line="240" w:lineRule="auto"/>
        <w:jc w:val="center"/>
        <w:rPr>
          <w:rFonts w:asciiTheme="majorHAnsi" w:hAnsiTheme="majorHAnsi" w:cstheme="majorBidi"/>
          <w:b/>
          <w:bCs/>
          <w:color w:val="3071C3" w:themeColor="text2" w:themeTint="BF"/>
          <w:sz w:val="32"/>
          <w:szCs w:val="32"/>
        </w:rPr>
      </w:pPr>
      <w:r w:rsidRPr="00137336">
        <w:rPr>
          <w:rFonts w:ascii="Times New Roman" w:hAnsi="Times New Roman" w:cs="Times New Roman"/>
          <w:b/>
          <w:bCs/>
          <w:color w:val="3071C3" w:themeColor="text2" w:themeTint="BF"/>
          <w:sz w:val="32"/>
          <w:szCs w:val="32"/>
        </w:rPr>
        <w:t>College of Alameda Classified Senate</w:t>
      </w:r>
    </w:p>
    <w:p w14:paraId="22026835" w14:textId="200FCAD2" w:rsidR="00DD7B28" w:rsidRDefault="00DD7B28" w:rsidP="00A23600">
      <w:pPr>
        <w:spacing w:after="0" w:line="240" w:lineRule="auto"/>
        <w:jc w:val="center"/>
      </w:pPr>
      <w:r>
        <w:t xml:space="preserve">Agenda – </w:t>
      </w:r>
      <w:r w:rsidR="006A53D7">
        <w:t>September 25</w:t>
      </w:r>
      <w:r>
        <w:t>, 2026</w:t>
      </w:r>
    </w:p>
    <w:p w14:paraId="516475DF" w14:textId="237B97CC" w:rsidR="00DD7B28" w:rsidRDefault="00DD7B28" w:rsidP="00A23600">
      <w:pPr>
        <w:spacing w:after="0" w:line="240" w:lineRule="auto"/>
        <w:jc w:val="center"/>
      </w:pPr>
      <w:r>
        <w:t>Time: 11:30am–12:30pm</w:t>
      </w:r>
    </w:p>
    <w:p w14:paraId="0E3D5608" w14:textId="30BE10CC" w:rsidR="00961B0C" w:rsidRDefault="00DD7B28" w:rsidP="00A23600">
      <w:pPr>
        <w:spacing w:after="0" w:line="240" w:lineRule="auto"/>
        <w:jc w:val="center"/>
      </w:pPr>
      <w:r>
        <w:t>Location: H15</w:t>
      </w:r>
      <w:r w:rsidR="00C60A31">
        <w:t>2</w:t>
      </w:r>
      <w:r>
        <w:t xml:space="preserve"> &amp; Zoom at </w:t>
      </w:r>
      <w:hyperlink r:id="rId7" w:tgtFrame="_blank" w:tooltip="https://peralta-edu.zoom.us/j/81072663871" w:history="1">
        <w:r w:rsidR="00C60782" w:rsidRPr="00C60782">
          <w:rPr>
            <w:rStyle w:val="Hyperlink"/>
          </w:rPr>
          <w:t>https://peralta-edu.zoom.us/j/81072663871</w:t>
        </w:r>
      </w:hyperlink>
    </w:p>
    <w:p w14:paraId="2C1D0C09" w14:textId="77777777" w:rsidR="00DD7B28" w:rsidRDefault="00DD7B28" w:rsidP="00A23600">
      <w:pPr>
        <w:spacing w:after="0" w:line="240" w:lineRule="auto"/>
        <w:jc w:val="center"/>
      </w:pPr>
    </w:p>
    <w:p w14:paraId="621A2C2C" w14:textId="77777777" w:rsidR="00961B0C" w:rsidRDefault="00000000" w:rsidP="00A23600">
      <w:pPr>
        <w:spacing w:line="240" w:lineRule="auto"/>
      </w:pPr>
      <w:r>
        <w:rPr>
          <w:b/>
        </w:rPr>
        <w:t>I.    Call to Order / Agenda Review, Changes &amp; Adoption</w:t>
      </w:r>
    </w:p>
    <w:p w14:paraId="211D87D3" w14:textId="00F10A27" w:rsidR="00961B0C" w:rsidRDefault="00000000" w:rsidP="00A23600">
      <w:pPr>
        <w:spacing w:line="240" w:lineRule="auto"/>
      </w:pPr>
      <w:r>
        <w:rPr>
          <w:b/>
        </w:rPr>
        <w:t>II.   Review and Approval of</w:t>
      </w:r>
      <w:r w:rsidR="00DD7B28">
        <w:rPr>
          <w:b/>
        </w:rPr>
        <w:t xml:space="preserve"> </w:t>
      </w:r>
      <w:r w:rsidR="006A53D7">
        <w:rPr>
          <w:b/>
        </w:rPr>
        <w:t>May 29</w:t>
      </w:r>
      <w:r w:rsidR="006A53D7" w:rsidRPr="006A53D7">
        <w:rPr>
          <w:b/>
          <w:vertAlign w:val="superscript"/>
        </w:rPr>
        <w:t>th</w:t>
      </w:r>
      <w:r w:rsidR="006A53D7">
        <w:rPr>
          <w:b/>
        </w:rPr>
        <w:t xml:space="preserve"> </w:t>
      </w:r>
      <w:r>
        <w:rPr>
          <w:b/>
        </w:rPr>
        <w:t>Minutes</w:t>
      </w:r>
    </w:p>
    <w:p w14:paraId="5AE6EF14" w14:textId="31A0E217" w:rsidR="00961B0C" w:rsidRDefault="00000000" w:rsidP="00A23600">
      <w:pPr>
        <w:spacing w:line="240" w:lineRule="auto"/>
      </w:pPr>
      <w:r>
        <w:rPr>
          <w:b/>
        </w:rPr>
        <w:t>III. Public Comments on Non-Agenda Items</w:t>
      </w:r>
      <w:r w:rsidR="00DD7B28">
        <w:rPr>
          <w:b/>
        </w:rPr>
        <w:t xml:space="preserve"> </w:t>
      </w:r>
      <w:r>
        <w:t>(Limit: 2 minutes per person)</w:t>
      </w:r>
    </w:p>
    <w:p w14:paraId="686ECA00" w14:textId="77777777" w:rsidR="00961B0C" w:rsidRDefault="00000000" w:rsidP="00A23600">
      <w:pPr>
        <w:spacing w:line="240" w:lineRule="auto"/>
      </w:pPr>
      <w:r>
        <w:rPr>
          <w:b/>
        </w:rPr>
        <w:t>IV.   Committee Reports</w:t>
      </w:r>
    </w:p>
    <w:p w14:paraId="7D4845E0" w14:textId="77777777" w:rsidR="00961B0C" w:rsidRDefault="00000000" w:rsidP="00A23600">
      <w:pPr>
        <w:pStyle w:val="ListBullet"/>
        <w:spacing w:line="240" w:lineRule="auto"/>
      </w:pPr>
      <w:r>
        <w:t>College Council</w:t>
      </w:r>
    </w:p>
    <w:p w14:paraId="01DBC262" w14:textId="77777777" w:rsidR="00DD7B28" w:rsidRDefault="00DD7B28" w:rsidP="00A23600">
      <w:pPr>
        <w:pStyle w:val="ListBullet"/>
        <w:spacing w:line="240" w:lineRule="auto"/>
      </w:pPr>
      <w:r>
        <w:t>Budget Committee</w:t>
      </w:r>
    </w:p>
    <w:p w14:paraId="66BCEBD6" w14:textId="77777777" w:rsidR="00DD7B28" w:rsidRDefault="00DD7B28" w:rsidP="00A23600">
      <w:pPr>
        <w:pStyle w:val="ListBullet"/>
        <w:spacing w:line="240" w:lineRule="auto"/>
      </w:pPr>
      <w:r>
        <w:t>Facilities/Tech</w:t>
      </w:r>
    </w:p>
    <w:p w14:paraId="78B06076" w14:textId="77777777" w:rsidR="00DD7B28" w:rsidRDefault="00DD7B28" w:rsidP="00A23600">
      <w:pPr>
        <w:pStyle w:val="ListBullet"/>
        <w:spacing w:line="240" w:lineRule="auto"/>
      </w:pPr>
      <w:r>
        <w:t>Health &amp; Safety</w:t>
      </w:r>
    </w:p>
    <w:p w14:paraId="2171790B" w14:textId="77777777" w:rsidR="00DD7B28" w:rsidRDefault="00DD7B28" w:rsidP="00A23600">
      <w:pPr>
        <w:pStyle w:val="ListBullet"/>
        <w:spacing w:line="240" w:lineRule="auto"/>
      </w:pPr>
      <w:r>
        <w:t>IEC</w:t>
      </w:r>
    </w:p>
    <w:p w14:paraId="5B126E80" w14:textId="0DAA9F61" w:rsidR="006A53D7" w:rsidRDefault="006A53D7" w:rsidP="00A23600">
      <w:pPr>
        <w:pStyle w:val="ListBullet"/>
        <w:spacing w:line="240" w:lineRule="auto"/>
      </w:pPr>
      <w:r>
        <w:t>SEA</w:t>
      </w:r>
    </w:p>
    <w:p w14:paraId="3170B763" w14:textId="5CF5F766" w:rsidR="006A53D7" w:rsidRDefault="00000000" w:rsidP="00A23600">
      <w:pPr>
        <w:spacing w:line="240" w:lineRule="auto"/>
        <w:rPr>
          <w:b/>
        </w:rPr>
      </w:pPr>
      <w:r>
        <w:rPr>
          <w:b/>
        </w:rPr>
        <w:t xml:space="preserve">V.    </w:t>
      </w:r>
      <w:r w:rsidR="006A53D7">
        <w:rPr>
          <w:b/>
        </w:rPr>
        <w:t>Reports / Discussion</w:t>
      </w:r>
    </w:p>
    <w:p w14:paraId="58CFE02B" w14:textId="08E9AD11" w:rsidR="00C802B0" w:rsidRPr="00F82790" w:rsidRDefault="00C802B0" w:rsidP="00A23600">
      <w:pPr>
        <w:pStyle w:val="ListParagraph"/>
        <w:numPr>
          <w:ilvl w:val="0"/>
          <w:numId w:val="12"/>
        </w:numPr>
        <w:spacing w:line="240" w:lineRule="auto"/>
        <w:rPr>
          <w:bCs/>
        </w:rPr>
      </w:pPr>
      <w:r w:rsidRPr="00F82790">
        <w:rPr>
          <w:bCs/>
        </w:rPr>
        <w:t>Professional Development Funds and Forms</w:t>
      </w:r>
    </w:p>
    <w:p w14:paraId="489DA2F6" w14:textId="49550E80" w:rsidR="00C802B0" w:rsidRPr="00F82790" w:rsidRDefault="00C802B0" w:rsidP="00A23600">
      <w:pPr>
        <w:pStyle w:val="ListParagraph"/>
        <w:numPr>
          <w:ilvl w:val="0"/>
          <w:numId w:val="12"/>
        </w:numPr>
        <w:spacing w:line="240" w:lineRule="auto"/>
        <w:rPr>
          <w:bCs/>
        </w:rPr>
      </w:pPr>
      <w:r w:rsidRPr="00F82790">
        <w:rPr>
          <w:bCs/>
        </w:rPr>
        <w:t>Flex day workshops</w:t>
      </w:r>
    </w:p>
    <w:p w14:paraId="07080CEC" w14:textId="576DD138" w:rsidR="00C802B0" w:rsidRPr="00F82790" w:rsidRDefault="00C802B0" w:rsidP="00A23600">
      <w:pPr>
        <w:pStyle w:val="ListParagraph"/>
        <w:numPr>
          <w:ilvl w:val="0"/>
          <w:numId w:val="12"/>
        </w:numPr>
        <w:spacing w:line="240" w:lineRule="auto"/>
        <w:rPr>
          <w:bCs/>
        </w:rPr>
      </w:pPr>
      <w:r w:rsidRPr="00F82790">
        <w:rPr>
          <w:bCs/>
        </w:rPr>
        <w:t xml:space="preserve">Basic Needs Access </w:t>
      </w:r>
    </w:p>
    <w:p w14:paraId="1008F2BE" w14:textId="5E21ED9D" w:rsidR="00961B0C" w:rsidRDefault="006A53D7" w:rsidP="00A23600">
      <w:pPr>
        <w:spacing w:line="240" w:lineRule="auto"/>
        <w:rPr>
          <w:b/>
        </w:rPr>
      </w:pPr>
      <w:r>
        <w:rPr>
          <w:b/>
        </w:rPr>
        <w:t>VI. Action Items</w:t>
      </w:r>
    </w:p>
    <w:p w14:paraId="28A9F2E2" w14:textId="1EFFFA1F" w:rsidR="008A5503" w:rsidRDefault="005672B5" w:rsidP="00A23600">
      <w:pPr>
        <w:pStyle w:val="ListBullet"/>
        <w:numPr>
          <w:ilvl w:val="0"/>
          <w:numId w:val="11"/>
        </w:numPr>
        <w:spacing w:line="240" w:lineRule="auto"/>
      </w:pPr>
      <w:proofErr w:type="gramStart"/>
      <w:r>
        <w:t>Senator</w:t>
      </w:r>
      <w:proofErr w:type="gramEnd"/>
      <w:r>
        <w:t xml:space="preserve"> </w:t>
      </w:r>
      <w:r w:rsidR="006A53D7">
        <w:t>Appointment</w:t>
      </w:r>
    </w:p>
    <w:p w14:paraId="113C7689" w14:textId="30947E04" w:rsidR="00CF00EA" w:rsidRDefault="00F82790" w:rsidP="00A23600">
      <w:pPr>
        <w:pStyle w:val="ListBullet"/>
        <w:numPr>
          <w:ilvl w:val="0"/>
          <w:numId w:val="11"/>
        </w:numPr>
        <w:spacing w:line="240" w:lineRule="auto"/>
      </w:pPr>
      <w:r>
        <w:t xml:space="preserve">New </w:t>
      </w:r>
      <w:r w:rsidR="005672B5">
        <w:t xml:space="preserve">Classified Senate </w:t>
      </w:r>
      <w:r>
        <w:t xml:space="preserve">Meeting </w:t>
      </w:r>
      <w:r w:rsidR="005672B5">
        <w:t xml:space="preserve">Schedule </w:t>
      </w:r>
      <w:r w:rsidR="00280B9A">
        <w:t xml:space="preserve">– </w:t>
      </w:r>
    </w:p>
    <w:p w14:paraId="1FBC7465" w14:textId="6F6079AC" w:rsidR="00280B9A" w:rsidRDefault="00280B9A" w:rsidP="00A23600">
      <w:pPr>
        <w:pStyle w:val="ListBullet"/>
        <w:numPr>
          <w:ilvl w:val="0"/>
          <w:numId w:val="11"/>
        </w:numPr>
        <w:spacing w:line="240" w:lineRule="auto"/>
      </w:pPr>
      <w:r>
        <w:t>Move November and December meeting to 4th Wednesday, 11/25, 12/23</w:t>
      </w:r>
    </w:p>
    <w:p w14:paraId="2283E36C" w14:textId="16332176" w:rsidR="00DD7B28" w:rsidRDefault="00000000" w:rsidP="00A23600">
      <w:pPr>
        <w:spacing w:line="240" w:lineRule="auto"/>
        <w:rPr>
          <w:bCs/>
        </w:rPr>
      </w:pPr>
      <w:r>
        <w:rPr>
          <w:b/>
        </w:rPr>
        <w:t>Announcements – (5 minutes</w:t>
      </w:r>
      <w:r w:rsidRPr="00CB69B1">
        <w:rPr>
          <w:bCs/>
        </w:rPr>
        <w:t>)</w:t>
      </w:r>
      <w:r w:rsidR="006A60B9" w:rsidRPr="00CB69B1">
        <w:rPr>
          <w:bCs/>
        </w:rPr>
        <w:t xml:space="preserve"> </w:t>
      </w:r>
    </w:p>
    <w:p w14:paraId="68A15A8F" w14:textId="340636F4" w:rsidR="006A53D7" w:rsidRDefault="006A53D7" w:rsidP="00A23600">
      <w:pPr>
        <w:spacing w:line="240" w:lineRule="auto"/>
        <w:rPr>
          <w:b/>
        </w:rPr>
      </w:pPr>
      <w:hyperlink r:id="rId8" w:history="1">
        <w:r w:rsidRPr="006A53D7">
          <w:rPr>
            <w:rStyle w:val="Hyperlink"/>
            <w:b/>
          </w:rPr>
          <w:t>Office of the Ombuds Virtual Introduction Session</w:t>
        </w:r>
      </w:hyperlink>
      <w:r w:rsidR="00F82790">
        <w:rPr>
          <w:b/>
        </w:rPr>
        <w:t xml:space="preserve">: Overview at next meeting. </w:t>
      </w:r>
    </w:p>
    <w:p w14:paraId="10064E22" w14:textId="7AD5C50C" w:rsidR="005672B5" w:rsidRDefault="005672B5" w:rsidP="00A23600">
      <w:pPr>
        <w:spacing w:line="240" w:lineRule="auto"/>
        <w:rPr>
          <w:bCs/>
        </w:rPr>
      </w:pPr>
      <w:r>
        <w:rPr>
          <w:b/>
        </w:rPr>
        <w:t xml:space="preserve">Classified Connect: </w:t>
      </w:r>
      <w:r w:rsidRPr="00C802B0">
        <w:rPr>
          <w:bCs/>
        </w:rPr>
        <w:t xml:space="preserve">Third </w:t>
      </w:r>
      <w:r w:rsidR="00C802B0" w:rsidRPr="00C802B0">
        <w:rPr>
          <w:bCs/>
        </w:rPr>
        <w:t>Wednesdays of the month</w:t>
      </w:r>
    </w:p>
    <w:p w14:paraId="5F418402" w14:textId="2DE826B7" w:rsidR="00C802B0" w:rsidRDefault="00C802B0" w:rsidP="00A23600">
      <w:pPr>
        <w:spacing w:line="240" w:lineRule="auto"/>
        <w:rPr>
          <w:bCs/>
        </w:rPr>
      </w:pPr>
      <w:r>
        <w:rPr>
          <w:bCs/>
        </w:rPr>
        <w:t>Transformation plan</w:t>
      </w:r>
    </w:p>
    <w:p w14:paraId="3CE55A4A" w14:textId="69E5E93E" w:rsidR="00C802B0" w:rsidRDefault="00C802B0" w:rsidP="00A23600">
      <w:pPr>
        <w:spacing w:line="240" w:lineRule="auto"/>
        <w:rPr>
          <w:b/>
        </w:rPr>
      </w:pPr>
      <w:r>
        <w:rPr>
          <w:bCs/>
        </w:rPr>
        <w:t>Facilities Master Plan</w:t>
      </w:r>
    </w:p>
    <w:p w14:paraId="06F698A2" w14:textId="384DFA30" w:rsidR="00961B0C" w:rsidRDefault="00000000" w:rsidP="00A23600">
      <w:pPr>
        <w:spacing w:line="240" w:lineRule="auto"/>
      </w:pPr>
      <w:r>
        <w:rPr>
          <w:b/>
        </w:rPr>
        <w:t>Adjournment</w:t>
      </w:r>
    </w:p>
    <w:sectPr w:rsidR="00961B0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15A9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54BD7"/>
    <w:multiLevelType w:val="hybridMultilevel"/>
    <w:tmpl w:val="7EACE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F5B85"/>
    <w:multiLevelType w:val="hybridMultilevel"/>
    <w:tmpl w:val="9698C5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76C7544"/>
    <w:multiLevelType w:val="hybridMultilevel"/>
    <w:tmpl w:val="EF40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77589">
    <w:abstractNumId w:val="8"/>
  </w:num>
  <w:num w:numId="2" w16cid:durableId="2035181544">
    <w:abstractNumId w:val="6"/>
  </w:num>
  <w:num w:numId="3" w16cid:durableId="1718627008">
    <w:abstractNumId w:val="5"/>
  </w:num>
  <w:num w:numId="4" w16cid:durableId="950939067">
    <w:abstractNumId w:val="4"/>
  </w:num>
  <w:num w:numId="5" w16cid:durableId="242178885">
    <w:abstractNumId w:val="7"/>
  </w:num>
  <w:num w:numId="6" w16cid:durableId="721757299">
    <w:abstractNumId w:val="3"/>
  </w:num>
  <w:num w:numId="7" w16cid:durableId="231890838">
    <w:abstractNumId w:val="2"/>
  </w:num>
  <w:num w:numId="8" w16cid:durableId="851842400">
    <w:abstractNumId w:val="1"/>
  </w:num>
  <w:num w:numId="9" w16cid:durableId="1721974742">
    <w:abstractNumId w:val="0"/>
  </w:num>
  <w:num w:numId="10" w16cid:durableId="1292856981">
    <w:abstractNumId w:val="9"/>
  </w:num>
  <w:num w:numId="11" w16cid:durableId="1007903420">
    <w:abstractNumId w:val="10"/>
  </w:num>
  <w:num w:numId="12" w16cid:durableId="19187842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A19"/>
    <w:rsid w:val="0015074B"/>
    <w:rsid w:val="001A38C8"/>
    <w:rsid w:val="001E49D2"/>
    <w:rsid w:val="00280B9A"/>
    <w:rsid w:val="0029639D"/>
    <w:rsid w:val="002A5AFD"/>
    <w:rsid w:val="002C6C2C"/>
    <w:rsid w:val="00326F90"/>
    <w:rsid w:val="003A3105"/>
    <w:rsid w:val="005672B5"/>
    <w:rsid w:val="005A7403"/>
    <w:rsid w:val="006A53D7"/>
    <w:rsid w:val="006A60B9"/>
    <w:rsid w:val="006E7DAA"/>
    <w:rsid w:val="0082498F"/>
    <w:rsid w:val="008A5503"/>
    <w:rsid w:val="008E7E4A"/>
    <w:rsid w:val="00961B0C"/>
    <w:rsid w:val="00A23600"/>
    <w:rsid w:val="00AA1D8D"/>
    <w:rsid w:val="00B24703"/>
    <w:rsid w:val="00B47730"/>
    <w:rsid w:val="00B60DA9"/>
    <w:rsid w:val="00C5114C"/>
    <w:rsid w:val="00C60782"/>
    <w:rsid w:val="00C60A31"/>
    <w:rsid w:val="00C802B0"/>
    <w:rsid w:val="00C81FCB"/>
    <w:rsid w:val="00CB0664"/>
    <w:rsid w:val="00CB69B1"/>
    <w:rsid w:val="00CE6D08"/>
    <w:rsid w:val="00CF00EA"/>
    <w:rsid w:val="00DD7B28"/>
    <w:rsid w:val="00F827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13F207"/>
  <w14:defaultImageDpi w14:val="330"/>
  <w15:docId w15:val="{1419CB6B-3991-4276-AA7E-67BD8F33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D7B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2.safelinks.protection.outlook.com/?url=https%3A%2F%2Fperalta-edu.zoom.us%2Fj%2F83745275992&amp;data=05%7C02%7Cakimble%40peralta.edu%7Cace719adff314b56bb1208df1804690a%7Ceea16a1648af477b911305b1c01123ff%7C0%7C0%7C639256079349871576%7CUnknown%7CTWFpbGZsb3d8eyJFbXB0eU1hcGkiOnRydWUsIlYiOiIwLjAuMDAwMCIsIlAiOiJXaW4zMiIsIkFOIjoiTWFpbCIsIldUIjoyfQ%3D%3D%7C0%7C%7C%7C&amp;sdata=bPXVD%2BhAWRCPBmxPyqNQ5H%2BFb3Do%2BLJ4aZsLno0KsmE%3D&amp;reserved=0" TargetMode="External"/><Relationship Id="rId3" Type="http://schemas.openxmlformats.org/officeDocument/2006/relationships/styles" Target="styles.xml"/><Relationship Id="rId7" Type="http://schemas.openxmlformats.org/officeDocument/2006/relationships/hyperlink" Target="https://peralta-edu.zoom.us/j/8107266387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Kimble</cp:lastModifiedBy>
  <cp:revision>3</cp:revision>
  <dcterms:created xsi:type="dcterms:W3CDTF">2026-09-23T17:40:00Z</dcterms:created>
  <dcterms:modified xsi:type="dcterms:W3CDTF">2026-09-23T17:42:00Z</dcterms:modified>
  <cp:category/>
</cp:coreProperties>
</file>