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0717B" w14:textId="77777777" w:rsidR="00DD7B28" w:rsidRDefault="00DD7B28" w:rsidP="00DD7B28">
      <w:pPr>
        <w:pStyle w:val="Heading1"/>
        <w:jc w:val="center"/>
      </w:pPr>
      <w:r w:rsidRPr="00CA5660">
        <w:rPr>
          <w:noProof/>
        </w:rPr>
        <w:drawing>
          <wp:anchor distT="0" distB="0" distL="114300" distR="114300" simplePos="0" relativeHeight="251659264" behindDoc="0" locked="0" layoutInCell="1" allowOverlap="1" wp14:anchorId="3607715C" wp14:editId="5694ABFD">
            <wp:simplePos x="0" y="0"/>
            <wp:positionH relativeFrom="column">
              <wp:posOffset>2333625</wp:posOffset>
            </wp:positionH>
            <wp:positionV relativeFrom="paragraph">
              <wp:posOffset>-38100</wp:posOffset>
            </wp:positionV>
            <wp:extent cx="762000" cy="815975"/>
            <wp:effectExtent l="0" t="0" r="0" b="3175"/>
            <wp:wrapThrough wrapText="bothSides">
              <wp:wrapPolygon edited="0">
                <wp:start x="0" y="0"/>
                <wp:lineTo x="0" y="21180"/>
                <wp:lineTo x="21060" y="21180"/>
                <wp:lineTo x="21060" y="0"/>
                <wp:lineTo x="0" y="0"/>
              </wp:wrapPolygon>
            </wp:wrapThrough>
            <wp:docPr id="1918709177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709177" name="Picture 1" descr="A blue and white log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1E2BA3" w14:textId="77777777" w:rsidR="00DD7B28" w:rsidRDefault="00DD7B28" w:rsidP="00DD7B28">
      <w:pPr>
        <w:rPr>
          <w:rFonts w:ascii="Times New Roman" w:hAnsi="Times New Roman" w:cs="Times New Roman"/>
        </w:rPr>
      </w:pPr>
    </w:p>
    <w:p w14:paraId="267CEFA6" w14:textId="77777777" w:rsidR="00DD7B28" w:rsidRPr="00137336" w:rsidRDefault="00DD7B28" w:rsidP="00DD7B28">
      <w:pPr>
        <w:jc w:val="center"/>
        <w:rPr>
          <w:rFonts w:asciiTheme="majorHAnsi" w:hAnsiTheme="majorHAnsi" w:cstheme="majorBidi"/>
          <w:b/>
          <w:bCs/>
          <w:color w:val="3071C3" w:themeColor="text2" w:themeTint="BF"/>
          <w:sz w:val="32"/>
          <w:szCs w:val="32"/>
        </w:rPr>
      </w:pPr>
      <w:r w:rsidRPr="00137336">
        <w:rPr>
          <w:rFonts w:ascii="Times New Roman" w:hAnsi="Times New Roman" w:cs="Times New Roman"/>
          <w:b/>
          <w:bCs/>
          <w:color w:val="3071C3" w:themeColor="text2" w:themeTint="BF"/>
          <w:sz w:val="32"/>
          <w:szCs w:val="32"/>
        </w:rPr>
        <w:t>College of Alameda Classified Senate</w:t>
      </w:r>
    </w:p>
    <w:p w14:paraId="22026835" w14:textId="05924A0B" w:rsidR="00DD7B28" w:rsidRDefault="00DD7B28" w:rsidP="00DD7B28">
      <w:pPr>
        <w:spacing w:after="0" w:line="240" w:lineRule="auto"/>
        <w:jc w:val="center"/>
      </w:pPr>
      <w:r>
        <w:t xml:space="preserve">Agenda – </w:t>
      </w:r>
      <w:r w:rsidR="00FF4158">
        <w:t xml:space="preserve">April </w:t>
      </w:r>
      <w:proofErr w:type="gramStart"/>
      <w:r w:rsidR="00FF4158">
        <w:t xml:space="preserve">24 </w:t>
      </w:r>
      <w:r>
        <w:t>,</w:t>
      </w:r>
      <w:proofErr w:type="gramEnd"/>
      <w:r>
        <w:t xml:space="preserve"> 2026</w:t>
      </w:r>
    </w:p>
    <w:p w14:paraId="516475DF" w14:textId="237B97CC" w:rsidR="00DD7B28" w:rsidRDefault="00DD7B28" w:rsidP="00DD7B28">
      <w:pPr>
        <w:spacing w:after="0" w:line="240" w:lineRule="auto"/>
        <w:jc w:val="center"/>
      </w:pPr>
      <w:r>
        <w:t>Time: 11:30am–12:30pm</w:t>
      </w:r>
    </w:p>
    <w:p w14:paraId="0E3D5608" w14:textId="30BE10CC" w:rsidR="00961B0C" w:rsidRDefault="00DD7B28" w:rsidP="00DD7B28">
      <w:pPr>
        <w:spacing w:after="0" w:line="240" w:lineRule="auto"/>
        <w:jc w:val="center"/>
      </w:pPr>
      <w:r>
        <w:t>Location: H15</w:t>
      </w:r>
      <w:r w:rsidR="00C60A31">
        <w:t>2</w:t>
      </w:r>
      <w:r>
        <w:t xml:space="preserve"> &amp; Zoom at </w:t>
      </w:r>
      <w:hyperlink r:id="rId7" w:tgtFrame="_blank" w:tooltip="https://peralta-edu.zoom.us/j/81072663871" w:history="1">
        <w:r w:rsidR="00C60782" w:rsidRPr="00C60782">
          <w:rPr>
            <w:rStyle w:val="Hyperlink"/>
          </w:rPr>
          <w:t>https://peralta-edu.zoom.us/j/81072663871</w:t>
        </w:r>
      </w:hyperlink>
    </w:p>
    <w:p w14:paraId="2C1D0C09" w14:textId="77777777" w:rsidR="00DD7B28" w:rsidRDefault="00DD7B28" w:rsidP="00DD7B28">
      <w:pPr>
        <w:spacing w:after="0" w:line="240" w:lineRule="auto"/>
        <w:jc w:val="center"/>
      </w:pPr>
    </w:p>
    <w:p w14:paraId="621A2C2C" w14:textId="77777777" w:rsidR="00961B0C" w:rsidRDefault="00000000">
      <w:r>
        <w:rPr>
          <w:b/>
        </w:rPr>
        <w:t>I.    Call to Order / Agenda Review, Changes &amp; Adoption</w:t>
      </w:r>
    </w:p>
    <w:p w14:paraId="211D87D3" w14:textId="582F2E95" w:rsidR="00961B0C" w:rsidRDefault="00000000">
      <w:r>
        <w:rPr>
          <w:b/>
        </w:rPr>
        <w:t>II.   Review and Approval of</w:t>
      </w:r>
      <w:r w:rsidR="00DD7B28">
        <w:rPr>
          <w:b/>
        </w:rPr>
        <w:t xml:space="preserve"> </w:t>
      </w:r>
      <w:r w:rsidR="0082498F">
        <w:rPr>
          <w:b/>
        </w:rPr>
        <w:t>3</w:t>
      </w:r>
      <w:r w:rsidR="00DD7B28">
        <w:rPr>
          <w:b/>
        </w:rPr>
        <w:t>/27/26</w:t>
      </w:r>
      <w:r>
        <w:rPr>
          <w:b/>
        </w:rPr>
        <w:t xml:space="preserve"> </w:t>
      </w:r>
    </w:p>
    <w:p w14:paraId="5AE6EF14" w14:textId="31A0E217" w:rsidR="00961B0C" w:rsidRDefault="00000000" w:rsidP="002A5AFD">
      <w:r>
        <w:rPr>
          <w:b/>
        </w:rPr>
        <w:t>III. Public Comments on Non-Agenda Items</w:t>
      </w:r>
      <w:r w:rsidR="00DD7B28">
        <w:rPr>
          <w:b/>
        </w:rPr>
        <w:t xml:space="preserve"> </w:t>
      </w:r>
      <w:r>
        <w:t>(Limit: 2 minutes per person)</w:t>
      </w:r>
    </w:p>
    <w:p w14:paraId="686ECA00" w14:textId="77777777" w:rsidR="00961B0C" w:rsidRDefault="00000000">
      <w:r>
        <w:rPr>
          <w:b/>
        </w:rPr>
        <w:t>IV.   Committee Reports</w:t>
      </w:r>
    </w:p>
    <w:p w14:paraId="7D4845E0" w14:textId="77777777" w:rsidR="00961B0C" w:rsidRDefault="00000000">
      <w:pPr>
        <w:pStyle w:val="ListBullet"/>
      </w:pPr>
      <w:r>
        <w:t>College Council</w:t>
      </w:r>
    </w:p>
    <w:p w14:paraId="01DBC262" w14:textId="77777777" w:rsidR="00DD7B28" w:rsidRDefault="00DD7B28" w:rsidP="00DD7B28">
      <w:pPr>
        <w:pStyle w:val="ListBullet"/>
      </w:pPr>
      <w:r>
        <w:t>Budget Committee</w:t>
      </w:r>
    </w:p>
    <w:p w14:paraId="66BCEBD6" w14:textId="77777777" w:rsidR="00DD7B28" w:rsidRDefault="00DD7B28" w:rsidP="00DD7B28">
      <w:pPr>
        <w:pStyle w:val="ListBullet"/>
      </w:pPr>
      <w:r>
        <w:t>Facilities/Tech</w:t>
      </w:r>
    </w:p>
    <w:p w14:paraId="78B06076" w14:textId="77777777" w:rsidR="00DD7B28" w:rsidRDefault="00DD7B28" w:rsidP="00DD7B28">
      <w:pPr>
        <w:pStyle w:val="ListBullet"/>
      </w:pPr>
      <w:r>
        <w:t>Health &amp; Safety</w:t>
      </w:r>
    </w:p>
    <w:p w14:paraId="2171790B" w14:textId="77777777" w:rsidR="00DD7B28" w:rsidRDefault="00DD7B28" w:rsidP="00DD7B28">
      <w:pPr>
        <w:pStyle w:val="ListBullet"/>
      </w:pPr>
      <w:r>
        <w:t>IEC</w:t>
      </w:r>
    </w:p>
    <w:p w14:paraId="193D5D4F" w14:textId="77777777" w:rsidR="00DD7B28" w:rsidRDefault="00DD7B28" w:rsidP="00DD7B28">
      <w:pPr>
        <w:pStyle w:val="ListBullet"/>
      </w:pPr>
      <w:r>
        <w:t>Professional Development</w:t>
      </w:r>
    </w:p>
    <w:p w14:paraId="1008F2BE" w14:textId="77777777" w:rsidR="00961B0C" w:rsidRDefault="00000000">
      <w:pPr>
        <w:rPr>
          <w:b/>
        </w:rPr>
      </w:pPr>
      <w:r>
        <w:rPr>
          <w:b/>
        </w:rPr>
        <w:t>V.    Reports / Discussion</w:t>
      </w:r>
    </w:p>
    <w:p w14:paraId="43B315D5" w14:textId="06C26D25" w:rsidR="00CE6D08" w:rsidRDefault="00CE6D08" w:rsidP="00CE6D08">
      <w:pPr>
        <w:pStyle w:val="ListBullet"/>
        <w:numPr>
          <w:ilvl w:val="0"/>
          <w:numId w:val="10"/>
        </w:numPr>
      </w:pPr>
      <w:r>
        <w:t>Governance Handbook Revisions</w:t>
      </w:r>
    </w:p>
    <w:p w14:paraId="70A86D95" w14:textId="42975C0C" w:rsidR="00CE6D08" w:rsidRDefault="00CE6D08" w:rsidP="00CE6D08">
      <w:pPr>
        <w:pStyle w:val="ListBullet"/>
        <w:numPr>
          <w:ilvl w:val="0"/>
          <w:numId w:val="10"/>
        </w:numPr>
      </w:pPr>
      <w:r>
        <w:t>Proposed to change meeting time</w:t>
      </w:r>
    </w:p>
    <w:p w14:paraId="113C7689" w14:textId="77777777" w:rsidR="00CF00EA" w:rsidRDefault="00CF00EA" w:rsidP="00FF4158">
      <w:pPr>
        <w:pStyle w:val="ListBullet"/>
        <w:numPr>
          <w:ilvl w:val="0"/>
          <w:numId w:val="0"/>
        </w:numPr>
        <w:ind w:left="360" w:hanging="360"/>
      </w:pPr>
    </w:p>
    <w:p w14:paraId="2283E36C" w14:textId="16332176" w:rsidR="00DD7B28" w:rsidRDefault="00000000">
      <w:pPr>
        <w:rPr>
          <w:b/>
        </w:rPr>
      </w:pPr>
      <w:r>
        <w:rPr>
          <w:b/>
        </w:rPr>
        <w:t>Announcements – (5 minutes</w:t>
      </w:r>
      <w:r w:rsidRPr="00CB69B1">
        <w:rPr>
          <w:bCs/>
        </w:rPr>
        <w:t>)</w:t>
      </w:r>
      <w:r w:rsidR="006A60B9" w:rsidRPr="00CB69B1">
        <w:rPr>
          <w:bCs/>
        </w:rPr>
        <w:t xml:space="preserve"> </w:t>
      </w:r>
    </w:p>
    <w:p w14:paraId="06F698A2" w14:textId="384DFA30" w:rsidR="00961B0C" w:rsidRDefault="00000000">
      <w:r>
        <w:rPr>
          <w:b/>
        </w:rPr>
        <w:t>Adjournment</w:t>
      </w:r>
    </w:p>
    <w:sectPr w:rsidR="00961B0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A15A9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454BD7"/>
    <w:multiLevelType w:val="hybridMultilevel"/>
    <w:tmpl w:val="7EACE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577589">
    <w:abstractNumId w:val="8"/>
  </w:num>
  <w:num w:numId="2" w16cid:durableId="2035181544">
    <w:abstractNumId w:val="6"/>
  </w:num>
  <w:num w:numId="3" w16cid:durableId="1718627008">
    <w:abstractNumId w:val="5"/>
  </w:num>
  <w:num w:numId="4" w16cid:durableId="950939067">
    <w:abstractNumId w:val="4"/>
  </w:num>
  <w:num w:numId="5" w16cid:durableId="242178885">
    <w:abstractNumId w:val="7"/>
  </w:num>
  <w:num w:numId="6" w16cid:durableId="721757299">
    <w:abstractNumId w:val="3"/>
  </w:num>
  <w:num w:numId="7" w16cid:durableId="231890838">
    <w:abstractNumId w:val="2"/>
  </w:num>
  <w:num w:numId="8" w16cid:durableId="851842400">
    <w:abstractNumId w:val="1"/>
  </w:num>
  <w:num w:numId="9" w16cid:durableId="1721974742">
    <w:abstractNumId w:val="0"/>
  </w:num>
  <w:num w:numId="10" w16cid:durableId="12928569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A19"/>
    <w:rsid w:val="0015074B"/>
    <w:rsid w:val="001A38C8"/>
    <w:rsid w:val="001E49D2"/>
    <w:rsid w:val="0029639D"/>
    <w:rsid w:val="002A5AFD"/>
    <w:rsid w:val="00326F90"/>
    <w:rsid w:val="003A3105"/>
    <w:rsid w:val="005A7403"/>
    <w:rsid w:val="006A60B9"/>
    <w:rsid w:val="006E7DAA"/>
    <w:rsid w:val="0082498F"/>
    <w:rsid w:val="008E7E4A"/>
    <w:rsid w:val="00961B0C"/>
    <w:rsid w:val="00AA1D8D"/>
    <w:rsid w:val="00B47730"/>
    <w:rsid w:val="00B60DA9"/>
    <w:rsid w:val="00C60782"/>
    <w:rsid w:val="00C60A31"/>
    <w:rsid w:val="00C81FCB"/>
    <w:rsid w:val="00CB0664"/>
    <w:rsid w:val="00CB69B1"/>
    <w:rsid w:val="00CE6D08"/>
    <w:rsid w:val="00CF00EA"/>
    <w:rsid w:val="00DD7B28"/>
    <w:rsid w:val="00FC693F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13F207"/>
  <w14:defaultImageDpi w14:val="330"/>
  <w15:docId w15:val="{1419CB6B-3991-4276-AA7E-67BD8F33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D7B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eralta-edu.zoom.us/j/8107266387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Kimble</cp:lastModifiedBy>
  <cp:revision>7</cp:revision>
  <dcterms:created xsi:type="dcterms:W3CDTF">2026-04-22T22:36:00Z</dcterms:created>
  <dcterms:modified xsi:type="dcterms:W3CDTF">2026-05-28T20:59:00Z</dcterms:modified>
  <cp:category/>
</cp:coreProperties>
</file>